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עולם הלשון</w:t>
            </w:r>
          </w:p>
          <w:p>
            <w:pPr>
              <w:bidi/>
              <w:jc w:val="right"/>
            </w:pPr>
            <w:r>
              <w:rPr>
                <w:rFonts w:ascii="Arial" w:hAnsi="Arial" w:cs="Arial" w:eastAsia="Arial"/>
                <w:lang w:val="he-IL" w:bidi="he-IL"/>
                <w:b/>
                <w:color w:val="3C1361"/>
                <w:sz w:val="32"/>
                <w:rtl/>
                <w:szCs w:val="32"/>
                <w:bCs/>
              </w:rPr>
              <w:t>דף תרגול: שורש ומשפחת מילים</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לזהות שורש במילים ולהוריד תוספות בהתחלה ובסוף</w:t>
      </w:r>
    </w:p>
    <w:p>
      <w:pPr>
        <w:bidi/>
        <w:spacing w:after="80"/>
        <w:jc w:val="right"/>
      </w:pPr>
      <w:r>
        <w:rPr>
          <w:rFonts w:ascii="Arial" w:hAnsi="Arial" w:cs="Arial" w:eastAsia="Arial"/>
          <w:lang w:val="he-IL" w:bidi="he-IL"/>
          <w:sz w:val="22"/>
          <w:rtl/>
          <w:szCs w:val="22"/>
        </w:rPr>
        <w:t>• להבין מהי משפחת מילים ומהי תבנית (משקל)</w:t>
      </w:r>
    </w:p>
    <w:p>
      <w:pPr>
        <w:bidi/>
        <w:spacing w:after="80"/>
        <w:jc w:val="right"/>
      </w:pPr>
      <w:r>
        <w:rPr>
          <w:rFonts w:ascii="Arial" w:hAnsi="Arial" w:cs="Arial" w:eastAsia="Arial"/>
          <w:lang w:val="he-IL" w:bidi="he-IL"/>
          <w:sz w:val="22"/>
          <w:rtl/>
          <w:szCs w:val="22"/>
        </w:rPr>
        <w:t>• להשתמש בשורש כדי לכתוב נכון אותיות דומות בצליל</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זיהוי שורשים</w:t>
      </w:r>
    </w:p>
    <w:p>
      <w:pPr>
        <w:bidi/>
        <w:spacing w:after="40"/>
        <w:jc w:val="right"/>
      </w:pPr>
      <w:r>
        <w:rPr>
          <w:rFonts w:ascii="Arial" w:hAnsi="Arial" w:cs="Arial" w:eastAsia="Arial"/>
          <w:lang w:val="he-IL" w:bidi="he-IL"/>
          <w:sz w:val="22"/>
          <w:rtl/>
          <w:szCs w:val="22"/>
        </w:rPr>
        <w:t>1. א – ל-מ-ד</w:t>
      </w:r>
    </w:p>
    <w:p>
      <w:pPr>
        <w:bidi/>
        <w:spacing w:after="40"/>
        <w:jc w:val="right"/>
      </w:pPr>
      <w:r>
        <w:rPr>
          <w:rFonts w:ascii="Arial" w:hAnsi="Arial" w:cs="Arial" w:eastAsia="Arial"/>
          <w:lang w:val="he-IL" w:bidi="he-IL"/>
          <w:sz w:val="22"/>
          <w:rtl/>
          <w:szCs w:val="22"/>
        </w:rPr>
        <w:t>2. ב – 3</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זו ההגדרה של משפחת מילים</w:t>
      </w:r>
    </w:p>
    <w:p>
      <w:pPr>
        <w:bidi/>
        <w:spacing w:after="40"/>
        <w:jc w:val="right"/>
      </w:pPr>
      <w:r>
        <w:rPr>
          <w:rFonts w:ascii="Arial" w:hAnsi="Arial" w:cs="Arial" w:eastAsia="Arial"/>
          <w:lang w:val="he-IL" w:bidi="he-IL"/>
          <w:sz w:val="22"/>
          <w:rtl/>
          <w:szCs w:val="22"/>
        </w:rPr>
        <w:t>2. נכון – למשל כתב ומכתב - אותה אות בשורש</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ל-מ-ד</w:t>
      </w:r>
    </w:p>
    <w:p>
      <w:pPr>
        <w:bidi/>
        <w:spacing w:after="40"/>
        <w:jc w:val="right"/>
      </w:pPr>
      <w:r>
        <w:rPr>
          <w:rFonts w:ascii="Arial" w:hAnsi="Arial" w:cs="Arial" w:eastAsia="Arial"/>
          <w:lang w:val="he-IL" w:bidi="he-IL"/>
          <w:sz w:val="22"/>
          <w:rtl/>
          <w:szCs w:val="22"/>
        </w:rPr>
        <w:t>2. מקטל</w:t>
      </w:r>
    </w:p>
    <w:p>
      <w:pPr>
        <w:bidi/>
        <w:pStyle w:val="Heading3"/>
        <w:spacing w:after="80"/>
        <w:jc w:val="right"/>
      </w:pPr>
      <w:r>
        <w:rPr>
          <w:rFonts w:ascii="Arial" w:hAnsi="Arial" w:cs="Arial" w:eastAsia="Arial"/>
          <w:lang w:val="he-IL" w:bidi="he-IL"/>
          <w:b/>
          <w:color w:val="38A169"/>
          <w:sz w:val="26"/>
          <w:rtl/>
          <w:szCs w:val="26"/>
          <w:bCs/>
        </w:rPr>
        <w:t>חלק ד׳ – התאמה בין שורש למילים מהמשפחה</w:t>
      </w:r>
    </w:p>
    <w:p>
      <w:pPr>
        <w:bidi/>
        <w:spacing w:after="40"/>
        <w:jc w:val="right"/>
      </w:pPr>
      <w:r>
        <w:rPr>
          <w:rFonts w:ascii="Arial" w:hAnsi="Arial" w:cs="Arial" w:eastAsia="Arial"/>
          <w:lang w:val="he-IL" w:bidi="he-IL"/>
          <w:sz w:val="22"/>
          <w:rtl/>
          <w:szCs w:val="22"/>
        </w:rPr>
        <w:t>1 – ב (לומד, לימוד, תלמיד)</w:t>
      </w:r>
    </w:p>
    <w:p>
      <w:pPr>
        <w:bidi/>
        <w:spacing w:after="40"/>
        <w:jc w:val="right"/>
      </w:pPr>
      <w:r>
        <w:rPr>
          <w:rFonts w:ascii="Arial" w:hAnsi="Arial" w:cs="Arial" w:eastAsia="Arial"/>
          <w:lang w:val="he-IL" w:bidi="he-IL"/>
          <w:sz w:val="22"/>
          <w:rtl/>
          <w:szCs w:val="22"/>
        </w:rPr>
        <w:t>2 – א (רוקד, ריקוד, רקדנית)</w:t>
      </w:r>
    </w:p>
    <w:p>
      <w:pPr>
        <w:bidi/>
        <w:spacing w:after="40"/>
        <w:jc w:val="right"/>
      </w:pPr>
      <w:r>
        <w:rPr>
          <w:rFonts w:ascii="Arial" w:hAnsi="Arial" w:cs="Arial" w:eastAsia="Arial"/>
          <w:lang w:val="he-IL" w:bidi="he-IL"/>
          <w:sz w:val="22"/>
          <w:rtl/>
          <w:szCs w:val="22"/>
        </w:rPr>
        <w:t>3 – ד (ציור, צייר, ציירת)</w:t>
      </w:r>
    </w:p>
    <w:p>
      <w:pPr>
        <w:bidi/>
        <w:spacing w:after="40"/>
        <w:jc w:val="right"/>
      </w:pPr>
      <w:r>
        <w:rPr>
          <w:rFonts w:ascii="Arial" w:hAnsi="Arial" w:cs="Arial" w:eastAsia="Arial"/>
          <w:lang w:val="he-IL" w:bidi="he-IL"/>
          <w:sz w:val="22"/>
          <w:rtl/>
          <w:szCs w:val="22"/>
        </w:rPr>
        <w:t>4 – ג (אוכל, אכילה, מאכל)</w:t>
      </w:r>
    </w:p>
    <w:p>
      <w:pPr>
        <w:bidi/>
        <w:pStyle w:val="Heading3"/>
        <w:spacing w:after="80"/>
        <w:jc w:val="right"/>
      </w:pPr>
      <w:r>
        <w:rPr>
          <w:rFonts w:ascii="Arial" w:hAnsi="Arial" w:cs="Arial" w:eastAsia="Arial"/>
          <w:lang w:val="he-IL" w:bidi="he-IL"/>
          <w:b/>
          <w:color w:val="805AD5"/>
          <w:sz w:val="26"/>
          <w:rtl/>
          <w:szCs w:val="26"/>
          <w:bCs/>
        </w:rPr>
        <w:t>חלק ה׳ – שאלות פתוחות קצרות</w:t>
      </w:r>
    </w:p>
    <w:p>
      <w:pPr>
        <w:bidi/>
        <w:spacing w:after="40"/>
        <w:jc w:val="right"/>
      </w:pPr>
      <w:r>
        <w:rPr>
          <w:rFonts w:ascii="Arial" w:hAnsi="Arial" w:cs="Arial" w:eastAsia="Arial"/>
          <w:lang w:val="he-IL" w:bidi="he-IL"/>
          <w:sz w:val="22"/>
          <w:rtl/>
          <w:szCs w:val="22"/>
        </w:rPr>
        <w:t>1. השורש ר-ק-ד, הורדנו את ו ו-ה בהתחלה ואת הסיומת ות בסוף</w:t>
      </w:r>
    </w:p>
    <w:p>
      <w:pPr>
        <w:bidi/>
        <w:spacing w:after="40"/>
        <w:jc w:val="right"/>
      </w:pPr>
      <w:r>
        <w:rPr>
          <w:rFonts w:ascii="Arial" w:hAnsi="Arial" w:cs="Arial" w:eastAsia="Arial"/>
          <w:lang w:val="he-IL" w:bidi="he-IL"/>
          <w:sz w:val="22"/>
          <w:rtl/>
          <w:szCs w:val="22"/>
        </w:rPr>
        <w:t>2. למשל: שיר, שירה, משורר, שרה</w:t>
      </w:r>
    </w:p>
    <w:p>
      <w:pPr>
        <w:bidi/>
        <w:pStyle w:val="Heading3"/>
        <w:spacing w:after="80"/>
        <w:jc w:val="right"/>
      </w:pPr>
      <w:r>
        <w:rPr>
          <w:rFonts w:ascii="Arial" w:hAnsi="Arial" w:cs="Arial" w:eastAsia="Arial"/>
          <w:lang w:val="he-IL" w:bidi="he-IL"/>
          <w:b/>
          <w:color w:val="D53F8C"/>
          <w:sz w:val="26"/>
          <w:rtl/>
          <w:szCs w:val="26"/>
          <w:bCs/>
        </w:rPr>
        <w:t>חלק ו׳ – כתיבה ויצירה</w:t>
      </w:r>
    </w:p>
    <w:p>
      <w:pPr>
        <w:bidi/>
        <w:spacing w:after="40"/>
        <w:jc w:val="right"/>
      </w:pPr>
      <w:r>
        <w:rPr>
          <w:rFonts w:ascii="Arial" w:hAnsi="Arial" w:cs="Arial" w:eastAsia="Arial"/>
          <w:lang w:val="he-IL" w:bidi="he-IL"/>
          <w:sz w:val="22"/>
          <w:rtl/>
          <w:szCs w:val="22"/>
        </w:rPr>
        <w:t>1. בודקים שהתלמיד בחר שורש, כתב 4 מילים שאכן מהשורש, ובנה משפט תקין</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השורש הוא ש-ח-י</w:t>
      </w:r>
    </w:p>
    <w:p>
      <w:pPr>
        <w:bidi/>
        <w:spacing w:after="80"/>
        <w:jc w:val="right"/>
      </w:pPr>
      <w:r>
        <w:rPr>
          <w:rFonts w:ascii="Arial" w:hAnsi="Arial" w:cs="Arial" w:eastAsia="Arial"/>
          <w:lang w:val="he-IL" w:bidi="he-IL"/>
          <w:sz w:val="22"/>
          <w:rtl/>
          <w:szCs w:val="22"/>
        </w:rPr>
        <w:t>• למשל: שיר, שירה, משורר</w:t>
      </w:r>
    </w:p>
    <w:p>
      <w:pPr>
        <w:bidi/>
        <w:spacing w:after="80"/>
        <w:jc w:val="right"/>
      </w:pPr>
      <w:r>
        <w:rPr>
          <w:rFonts w:ascii="Arial" w:hAnsi="Arial" w:cs="Arial" w:eastAsia="Arial"/>
          <w:lang w:val="he-IL" w:bidi="he-IL"/>
          <w:sz w:val="22"/>
          <w:rtl/>
          <w:szCs w:val="22"/>
        </w:rPr>
        <w:t>• כתף אינה מהמשפחה כי השורש שלה שונה (כ-ת-פ) ואין קשר במשמעות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כל תרגיל בבדיקה משותפת של דוגמה אחת על הלוח לפני העבודה העצמאית</w:t>
      </w:r>
    </w:p>
    <w:p>
      <w:pPr>
        <w:bidi/>
        <w:spacing w:after="80"/>
        <w:jc w:val="right"/>
      </w:pPr>
      <w:r>
        <w:rPr>
          <w:rFonts w:ascii="Arial" w:hAnsi="Arial" w:cs="Arial" w:eastAsia="Arial"/>
          <w:lang w:val="he-IL" w:bidi="he-IL"/>
          <w:sz w:val="22"/>
          <w:rtl/>
          <w:szCs w:val="22"/>
        </w:rPr>
        <w:t>• מומלץ לעודד תלמידים לבנות עץ משפחה ציורי לשורש שבחרו במטלת הכתיבה</w:t>
      </w:r>
    </w:p>
    <w:p>
      <w:pPr>
        <w:bidi/>
        <w:spacing w:after="80"/>
        <w:jc w:val="right"/>
      </w:pPr>
      <w:r>
        <w:rPr>
          <w:rFonts w:ascii="Arial" w:hAnsi="Arial" w:cs="Arial" w:eastAsia="Arial"/>
          <w:lang w:val="he-IL" w:bidi="he-IL"/>
          <w:sz w:val="22"/>
          <w:rtl/>
          <w:szCs w:val="22"/>
        </w:rPr>
        <w:t>• בחלק ההתאמה אפשר לבקש מהתלמידים להוסיף מילה נוספת משלהם לכל שורש</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עולם הלשון</w:t>
            </w:r>
          </w:p>
          <w:p>
            <w:pPr>
              <w:bidi/>
              <w:jc w:val="right"/>
            </w:pPr>
            <w:r>
              <w:rPr>
                <w:rFonts w:ascii="Arial" w:hAnsi="Arial" w:cs="Arial" w:eastAsia="Arial"/>
                <w:lang w:val="he-IL" w:bidi="he-IL"/>
                <w:b/>
                <w:color w:val="3C1361"/>
                <w:sz w:val="32"/>
                <w:rtl/>
                <w:szCs w:val="32"/>
                <w:bCs/>
              </w:rPr>
              <w:t>דף תרגול: שורש ומשפחת מילים</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השורש הוא בדרך כלל שלוש אותיות שחוזרות בכל המילים מאותה משפחה ונושאות משמעות משותפת. בדף הזה נתרגל איך מוצאים שורש, איך בונים מילים בעזרת תבניות, ואיך השורש עוזר לנו לכתוב נכון.</w:t>
      </w:r>
    </w:p>
    <w:p>
      <w:pPr>
        <w:bidi/>
        <w:spacing w:after="80"/>
        <w:jc w:val="right"/>
      </w:pPr>
      <w:r>
        <w:rPr>
          <w:rFonts w:ascii="Arial" w:hAnsi="Arial" w:cs="Arial" w:eastAsia="Arial"/>
          <w:lang w:val="he-IL" w:bidi="he-IL"/>
          <w:b/>
          <w:color w:val="7B341E"/>
          <w:sz w:val="32"/>
          <w:rtl/>
          <w:szCs w:val="32"/>
          <w:bCs/>
        </w:rPr>
        <w:t>🧺 בנק מילים: מקטל  ·  ל-מ-ד</w:t>
      </w:r>
    </w:p>
    <w:p>
      <w:pPr>
        <w:bidi/>
        <w:pStyle w:val="Heading2"/>
        <w:spacing w:after="80"/>
        <w:jc w:val="right"/>
      </w:pPr>
      <w:r>
        <w:rPr>
          <w:rFonts w:ascii="Arial" w:hAnsi="Arial" w:cs="Arial" w:eastAsia="Arial"/>
          <w:lang w:val="he-IL" w:bidi="he-IL"/>
          <w:b/>
          <w:color w:val="E53E3E"/>
          <w:sz w:val="36"/>
          <w:rtl/>
          <w:szCs w:val="36"/>
          <w:bCs/>
        </w:rPr>
        <w:t>1  חלק א׳ – זיהוי שורשים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מהו השורש של המילה תלמיד?</w:t>
      </w:r>
    </w:p>
    <w:p>
      <w:pPr>
        <w:bidi/>
        <w:spacing w:after="20"/>
        <w:jc w:val="right"/>
      </w:pPr>
      <w:r>
        <w:rPr>
          <w:rFonts w:ascii="Arial" w:hAnsi="Arial" w:cs="Arial" w:eastAsia="Arial"/>
          <w:lang w:val="he-IL" w:bidi="he-IL"/>
          <w:sz w:val="32"/>
          <w:rtl/>
          <w:szCs w:val="32"/>
        </w:rPr>
        <w:t xml:space="preserve">      ☐ א. ל-מ-ד</w:t>
      </w:r>
    </w:p>
    <w:p>
      <w:pPr>
        <w:bidi/>
        <w:spacing w:after="20"/>
        <w:jc w:val="right"/>
      </w:pPr>
      <w:r>
        <w:rPr>
          <w:rFonts w:ascii="Arial" w:hAnsi="Arial" w:cs="Arial" w:eastAsia="Arial"/>
          <w:lang w:val="he-IL" w:bidi="he-IL"/>
          <w:sz w:val="32"/>
          <w:rtl/>
          <w:szCs w:val="32"/>
        </w:rPr>
        <w:t xml:space="preserve">      ☐ ב. ת-ל-מ</w:t>
      </w:r>
    </w:p>
    <w:p>
      <w:pPr>
        <w:bidi/>
        <w:spacing w:after="20"/>
        <w:jc w:val="right"/>
      </w:pPr>
      <w:r>
        <w:rPr>
          <w:rFonts w:ascii="Arial" w:hAnsi="Arial" w:cs="Arial" w:eastAsia="Arial"/>
          <w:lang w:val="he-IL" w:bidi="he-IL"/>
          <w:sz w:val="32"/>
          <w:rtl/>
          <w:szCs w:val="32"/>
        </w:rPr>
        <w:t xml:space="preserve">      ☐ ג. ל-מ-י</w:t>
      </w:r>
    </w:p>
    <w:p>
      <w:pPr>
        <w:bidi/>
        <w:spacing w:after="20"/>
        <w:jc w:val="right"/>
      </w:pPr>
      <w:r>
        <w:rPr>
          <w:rFonts w:ascii="Arial" w:hAnsi="Arial" w:cs="Arial" w:eastAsia="Arial"/>
          <w:lang w:val="he-IL" w:bidi="he-IL"/>
          <w:b/>
          <w:sz w:val="32"/>
          <w:rtl/>
          <w:szCs w:val="32"/>
          <w:bCs/>
        </w:rPr>
        <w:t>2. כמה אותיות יש בדרך כלל בשורש עברי?</w:t>
      </w:r>
    </w:p>
    <w:p>
      <w:pPr>
        <w:bidi/>
        <w:spacing w:after="20"/>
        <w:jc w:val="right"/>
      </w:pPr>
      <w:r>
        <w:rPr>
          <w:rFonts w:ascii="Arial" w:hAnsi="Arial" w:cs="Arial" w:eastAsia="Arial"/>
          <w:lang w:val="he-IL" w:bidi="he-IL"/>
          <w:sz w:val="32"/>
          <w:rtl/>
          <w:szCs w:val="32"/>
        </w:rPr>
        <w:t xml:space="preserve">      ☐ א. 2</w:t>
      </w:r>
    </w:p>
    <w:p>
      <w:pPr>
        <w:bidi/>
        <w:spacing w:after="20"/>
        <w:jc w:val="right"/>
      </w:pPr>
      <w:r>
        <w:rPr>
          <w:rFonts w:ascii="Arial" w:hAnsi="Arial" w:cs="Arial" w:eastAsia="Arial"/>
          <w:lang w:val="he-IL" w:bidi="he-IL"/>
          <w:sz w:val="32"/>
          <w:rtl/>
          <w:szCs w:val="32"/>
        </w:rPr>
        <w:t xml:space="preserve">      ☐ ב. 3</w:t>
      </w:r>
    </w:p>
    <w:p>
      <w:pPr>
        <w:bidi/>
        <w:spacing w:after="20"/>
        <w:jc w:val="right"/>
      </w:pPr>
      <w:r>
        <w:rPr>
          <w:rFonts w:ascii="Arial" w:hAnsi="Arial" w:cs="Arial" w:eastAsia="Arial"/>
          <w:lang w:val="he-IL" w:bidi="he-IL"/>
          <w:sz w:val="32"/>
          <w:rtl/>
          <w:szCs w:val="32"/>
        </w:rPr>
        <w:t xml:space="preserve">      ☐ ג. 4</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לכל המילים מאותה משפחה יש שורש משותף</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כּ דגושה וכ רפויה נחשבות לאותה אות בשורש</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השלמת מילים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השורש של המילה מתלמד הוא __________</w:t>
      </w:r>
    </w:p>
    <w:p>
      <w:pPr>
        <w:bidi/>
        <w:spacing w:after="80"/>
        <w:jc w:val="right"/>
      </w:pPr>
      <w:r>
        <w:rPr>
          <w:rFonts w:ascii="Arial" w:hAnsi="Arial" w:cs="Arial" w:eastAsia="Arial"/>
          <w:lang w:val="he-IL" w:bidi="he-IL"/>
          <w:sz w:val="32"/>
          <w:rtl/>
          <w:szCs w:val="32"/>
        </w:rPr>
        <w:t>2. תבנית שיוצרת לרוב שם מקום או כלי נקראת 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התאמה בין שורש למילים מהמשפחה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ל-מ-ד</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רוקד, ריקוד, רקדנית</w:t>
            </w:r>
          </w:p>
        </w:tc>
      </w:tr>
      <w:tr>
        <w:tc>
          <w:tcPr>
            <w:tcW w:type="dxa" w:w="3969"/>
          </w:tcPr>
          <w:p>
            <w:pPr>
              <w:bidi/>
              <w:jc w:val="right"/>
            </w:pPr>
            <w:r>
              <w:rPr>
                <w:rFonts w:ascii="Arial" w:hAnsi="Arial" w:cs="Arial" w:eastAsia="Arial"/>
                <w:lang w:val="he-IL" w:bidi="he-IL"/>
                <w:sz w:val="32"/>
                <w:rtl/>
                <w:szCs w:val="32"/>
              </w:rPr>
              <w:t>2. ר-ק-ד</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לומד, לימוד, תלמיד</w:t>
            </w:r>
          </w:p>
        </w:tc>
      </w:tr>
      <w:tr>
        <w:tc>
          <w:tcPr>
            <w:tcW w:type="dxa" w:w="3969"/>
          </w:tcPr>
          <w:p>
            <w:pPr>
              <w:bidi/>
              <w:jc w:val="right"/>
            </w:pPr>
            <w:r>
              <w:rPr>
                <w:rFonts w:ascii="Arial" w:hAnsi="Arial" w:cs="Arial" w:eastAsia="Arial"/>
                <w:lang w:val="he-IL" w:bidi="he-IL"/>
                <w:sz w:val="32"/>
                <w:rtl/>
                <w:szCs w:val="32"/>
              </w:rPr>
              <w:t>3. צ-י-ר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אוכל, אכילה, מאכל</w:t>
            </w:r>
          </w:p>
        </w:tc>
      </w:tr>
      <w:tr>
        <w:tc>
          <w:tcPr>
            <w:tcW w:type="dxa" w:w="3969"/>
          </w:tcPr>
          <w:p>
            <w:pPr>
              <w:bidi/>
              <w:jc w:val="right"/>
            </w:pPr>
            <w:r>
              <w:rPr>
                <w:rFonts w:ascii="Arial" w:hAnsi="Arial" w:cs="Arial" w:eastAsia="Arial"/>
                <w:lang w:val="he-IL" w:bidi="he-IL"/>
                <w:sz w:val="32"/>
                <w:rtl/>
                <w:szCs w:val="32"/>
              </w:rPr>
              <w:t>4. א-כ-ל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ציור, צייר, ציירת</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שאלות פתוחות קצרות</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מצאו את השורש של המילה והרקדניות והסבירו אילו אותיות הורדתם</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40"/>
        <w:jc w:val="right"/>
      </w:pPr>
      <w:r>
        <w:rPr>
          <w:rFonts w:ascii="Arial" w:hAnsi="Arial" w:cs="Arial" w:eastAsia="Arial"/>
          <w:lang w:val="he-IL" w:bidi="he-IL"/>
          <w:b/>
          <w:sz w:val="32"/>
          <w:rtl/>
          <w:szCs w:val="32"/>
          <w:bCs/>
        </w:rPr>
        <w:t>2. כתבו שתי מילים נוספות מהשורש ש-י-ר</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כתיבה ויצירה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בחרו שורש אחד (למשל ב-ש-ל או ס-פ-ר), כתבו 4 מילים מאותה משפחה וכתבו משפט אחד עם אחת מהמילים</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 השורש של המילה השחיינים?</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כתבו 3 מילים מהשורש ש-י-ר</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שורש ומשפחת מילים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