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במילים ולהוריד תוספות בהתחלה ובסוף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משפחת מילים ומהי תבנית (משקל)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בשורש כדי לכתוב נכון אותיות דומות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ר-ק-ד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קטל / קטלת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מ-ש-כ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לרוב היא אם קריאה, כמו במילה גדול - השורש ג-ד-ל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קשר בצליל אינו קשר במשמעות, השורשים שונים (ש-מ-ש וש-מ-ר)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כתב ומכתב - אותה אות בשורש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ג-נ-נ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שורש למילים מהמשפחה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(לומד, לימוד, 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(רוקד, ריקוד, רקדנית)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(ציור, צייר, ציירת)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(אוכל, אכילה, מאכל)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(גנן, גינון, גינה)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השורש ר-ק-ד, הורדנו את ו ו-ה בהתחלה ואת הסיומת ות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השורש הוא ח-ש-ב, כמו במילה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שיר, שירה, משורר, 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שהתלמיד בחר שורש, כתב 4 מילים שאכן מהשורש, ובנה משפט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מצופה להסביר שהשורש שומר על אותן אותיות בכל המשפחה, גם כשיש ספק בין אותיות דומות כמו ט/ת או כ/ק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ש-ח-י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שיר, שירה, משורר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כתף אינה מהמשפחה כי השורש שלה שונה (כ-ת-פ) ואין קשר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תרגיל בבדיקה משותפת של דוגמה אחת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לבנות עץ משפחה ציורי לשורש שבחרו במטלת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לבקש מהתלמידים להוסיף מילה נוספת משלהם לכל 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לרוב המילים בעברית יש שורש - שלוש אותיות שחוזרות. מילים עם אותו שורש שייכות לאותה משפחה ויש להן משמעות דומה. נתרגל למצוא שורשים ולהשתמש בהם לכתיבה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כלל שלוש אותיות שחוזרות בכל מילות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 ומשמעות קשורה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 (משקל)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שמכניסים לתוכה שורש כדי ליצור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כמו ו או י שלא תמיד חלק מהשורש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אותיות השימוש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כמו ב, כ, ל, מ, ש, ת שמתווספות בתחילת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בסוף מילה, כמו ים, ות, 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שיוצרת לרוב שם של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קטל / קטלת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שיוצרת לרוב שם מקצוע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3 אותיות חוזרות במילה תלמיד ובמילים דומות?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מ-י-ד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בדרך כלל בונות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אותיות חוזרות בכל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ר-ק-ד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ר-י-ק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ק-ד-נ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ר-ק-י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תבנית נותנת שם של עיסוק, כמו גנן?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קטל / קטלת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מקטלת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בדקו מילים נוספות כמו משיכה - מה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מ-ש-כ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מ-ש-ך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המילים מאותה משפחה יש שורש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ו באמצע מילה היא תמיד חלק מהשורש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שמש ושמירה הן מאותה משפחה כי הן נשמעות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כּ דגושה וכ רפויה נחשבות לאותה אות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מתלמד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הגננות השורש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תבנית שיוצרת לרוב שם מקום או כלי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ישבתי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מהשורש כ-ת-ב שפירושה מקום שבו כותבים מכתבים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שורש למילים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אוכל, אכילה, מאכל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ר-ק-ד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גנן, גינון, 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צ-י-ר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לומד, לימוד,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א-כ-ל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ציור, צייר, ציירת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ג-נ-נ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רוקד, ריקוד, רקדנית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השורש של המילה והרקדניות והסבירו אילו אותיות הורדתם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המילה מחשב נכתבת עם ח ולא עם כ?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נוספות מהשורש ש-י-ר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(למשל ב-ש-ל או ס-פ-ר), כתבו 4 מילים מאותה משפחה וכתבו משפט אחד עם אחת מהמילים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חשוב לזהות את השורש כדי לכתוב 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השחיינים?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3 מילים מהשורש ש-י-ר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לא מהמשפחה: מכתב, כתיבה, כתף, כתב -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